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084ABC" w14:textId="0EE03349" w:rsidR="00397C59" w:rsidRDefault="00397C59" w:rsidP="00397C59">
      <w:pPr>
        <w:pStyle w:val="NormalWeb"/>
        <w:spacing w:after="0" w:afterAutospacing="0"/>
        <w:jc w:val="center"/>
      </w:pPr>
      <w:r>
        <w:rPr>
          <w:noProof/>
        </w:rPr>
        <w:drawing>
          <wp:inline distT="0" distB="0" distL="0" distR="0" wp14:anchorId="625F3F32" wp14:editId="5CC984FB">
            <wp:extent cx="876300" cy="876300"/>
            <wp:effectExtent l="0" t="0" r="0" b="0"/>
            <wp:docPr id="1" name="Picture 1" descr="C:\Users\Admin\Desktop\VS Code agentes\opensquad\squads\carousel-amm\output\manual\2026-08-17-webinar-teasers\imag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VS Code agentes\opensquad\squads\carousel-amm\output\manual\2026-08-17-webinar-teasers\images\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8B77F" w14:textId="3EBB9669" w:rsidR="00397C59" w:rsidRDefault="00397C59" w:rsidP="00397C59">
      <w:pPr>
        <w:spacing w:after="0"/>
        <w:jc w:val="center"/>
        <w:rPr>
          <w:b/>
          <w:color w:val="006666"/>
          <w:sz w:val="44"/>
          <w:lang w:val="pt-PT"/>
        </w:rPr>
      </w:pPr>
      <w:r w:rsidRPr="00397C59">
        <w:rPr>
          <w:b/>
          <w:color w:val="006666"/>
          <w:sz w:val="44"/>
          <w:lang w:val="pt-PT"/>
        </w:rPr>
        <w:t>Associação Médica de Moçambique</w:t>
      </w:r>
    </w:p>
    <w:p w14:paraId="2D11FD07" w14:textId="77777777" w:rsidR="00397C59" w:rsidRDefault="00397C59">
      <w:pPr>
        <w:jc w:val="center"/>
        <w:rPr>
          <w:b/>
          <w:color w:val="006666"/>
          <w:sz w:val="24"/>
          <w:lang w:val="pt-PT"/>
        </w:rPr>
      </w:pPr>
      <w:bookmarkStart w:id="0" w:name="_GoBack"/>
      <w:bookmarkEnd w:id="0"/>
    </w:p>
    <w:p w14:paraId="4F9DFF09" w14:textId="705ECC7B" w:rsidR="00A70335" w:rsidRPr="00A7530D" w:rsidRDefault="00101ACE">
      <w:pPr>
        <w:jc w:val="center"/>
        <w:rPr>
          <w:lang w:val="pt-PT"/>
        </w:rPr>
      </w:pPr>
      <w:r w:rsidRPr="00A7530D">
        <w:rPr>
          <w:b/>
          <w:color w:val="006666"/>
          <w:sz w:val="24"/>
          <w:lang w:val="pt-PT"/>
        </w:rPr>
        <w:t>SIMPÓSIO NACIONAL DE EXCELÊNCIA EM CUIDADOS DE SAÚDE PRIMÁRIOS EM MOÇAMBIQUE</w:t>
      </w:r>
      <w:r w:rsidRPr="00A7530D">
        <w:rPr>
          <w:b/>
          <w:color w:val="006666"/>
          <w:sz w:val="24"/>
          <w:lang w:val="pt-PT"/>
        </w:rPr>
        <w:br/>
      </w:r>
      <w:r w:rsidRPr="00A7530D">
        <w:rPr>
          <w:i/>
          <w:color w:val="666666"/>
          <w:sz w:val="20"/>
          <w:lang w:val="pt-PT"/>
        </w:rPr>
        <w:t>“Fortalecendo os Cuidados de Saúde Primários para a Cobertura Universal de Saúde e o Desenvolvimento Sustentável”</w:t>
      </w:r>
      <w:r w:rsidRPr="00A7530D">
        <w:rPr>
          <w:i/>
          <w:color w:val="666666"/>
          <w:sz w:val="20"/>
          <w:lang w:val="pt-PT"/>
        </w:rPr>
        <w:br/>
      </w:r>
      <w:r w:rsidRPr="00A7530D">
        <w:rPr>
          <w:b/>
          <w:color w:val="B43232"/>
          <w:sz w:val="20"/>
          <w:lang w:val="pt-PT"/>
        </w:rPr>
        <w:t>TEMPLATE OFICIAL PARA SUBMISSÃO DE RESUMO ESTRUTURADO (MÁX. 3</w:t>
      </w:r>
      <w:r w:rsidR="00A7530D">
        <w:rPr>
          <w:b/>
          <w:color w:val="B43232"/>
          <w:sz w:val="20"/>
          <w:lang w:val="pt-PT"/>
        </w:rPr>
        <w:t>5</w:t>
      </w:r>
      <w:r w:rsidRPr="00A7530D">
        <w:rPr>
          <w:b/>
          <w:color w:val="B43232"/>
          <w:sz w:val="20"/>
          <w:lang w:val="pt-PT"/>
        </w:rPr>
        <w:t xml:space="preserve">0 </w:t>
      </w:r>
      <w:r w:rsidRPr="00A7530D">
        <w:rPr>
          <w:b/>
          <w:color w:val="B43232"/>
          <w:sz w:val="20"/>
          <w:lang w:val="pt-PT"/>
        </w:rPr>
        <w:t>PALAVRAS)</w:t>
      </w:r>
    </w:p>
    <w:p w14:paraId="7B4DD462" w14:textId="77777777" w:rsidR="00A70335" w:rsidRDefault="00101ACE">
      <w:pPr>
        <w:jc w:val="center"/>
      </w:pPr>
      <w:r>
        <w:rPr>
          <w:color w:val="C8C8C8"/>
        </w:rPr>
        <w:t>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44"/>
      </w:tblGrid>
      <w:tr w:rsidR="00A70335" w:rsidRPr="00397C59" w14:paraId="7F94D172" w14:textId="77777777">
        <w:trPr>
          <w:jc w:val="center"/>
        </w:trPr>
        <w:tc>
          <w:tcPr>
            <w:tcW w:w="9360" w:type="dxa"/>
            <w:tcBorders>
              <w:top w:val="single" w:sz="6" w:space="0" w:color="006666"/>
              <w:left w:val="single" w:sz="6" w:space="0" w:color="006666"/>
              <w:bottom w:val="single" w:sz="6" w:space="0" w:color="006666"/>
              <w:right w:val="single" w:sz="6" w:space="0" w:color="006666"/>
            </w:tcBorders>
            <w:shd w:val="clear" w:color="auto" w:fill="F2F7F7"/>
          </w:tcPr>
          <w:p w14:paraId="73D9A4D1" w14:textId="147E14C9" w:rsidR="00A70335" w:rsidRPr="00A7530D" w:rsidRDefault="00101ACE">
            <w:pPr>
              <w:spacing w:before="120" w:after="120"/>
              <w:rPr>
                <w:lang w:val="pt-PT"/>
              </w:rPr>
            </w:pPr>
            <w:r w:rsidRPr="00A7530D">
              <w:rPr>
                <w:b/>
                <w:color w:val="006666"/>
                <w:sz w:val="20"/>
                <w:lang w:val="pt-PT"/>
              </w:rPr>
              <w:t>⚠</w:t>
            </w:r>
            <w:r>
              <w:rPr>
                <w:b/>
                <w:color w:val="006666"/>
                <w:sz w:val="20"/>
              </w:rPr>
              <w:t>️</w:t>
            </w:r>
            <w:r w:rsidRPr="00A7530D">
              <w:rPr>
                <w:b/>
                <w:color w:val="006666"/>
                <w:sz w:val="20"/>
                <w:lang w:val="pt-PT"/>
              </w:rPr>
              <w:t xml:space="preserve"> INSTRUÇÕES CRÍTICAS DE PREENCHIMENTO:</w:t>
            </w:r>
            <w:r w:rsidRPr="00A7530D">
              <w:rPr>
                <w:b/>
                <w:color w:val="006666"/>
                <w:sz w:val="20"/>
                <w:lang w:val="pt-PT"/>
              </w:rPr>
              <w:br/>
            </w:r>
            <w:r w:rsidRPr="00A7530D">
              <w:rPr>
                <w:color w:val="555555"/>
                <w:sz w:val="19"/>
                <w:lang w:val="pt-PT"/>
              </w:rPr>
              <w:t>1. Não altere as margens, fontes ou estrutura deste documento técnico.</w:t>
            </w:r>
            <w:r w:rsidRPr="00A7530D">
              <w:rPr>
                <w:color w:val="555555"/>
                <w:sz w:val="19"/>
                <w:lang w:val="pt-PT"/>
              </w:rPr>
              <w:br/>
              <w:t>2. Remova os textos explicativos em itálico entre pa</w:t>
            </w:r>
            <w:r w:rsidRPr="00A7530D">
              <w:rPr>
                <w:color w:val="555555"/>
                <w:sz w:val="19"/>
                <w:lang w:val="pt-PT"/>
              </w:rPr>
              <w:t>rênteses antes de submeter.</w:t>
            </w:r>
            <w:r w:rsidRPr="00A7530D">
              <w:rPr>
                <w:color w:val="555555"/>
                <w:sz w:val="19"/>
                <w:lang w:val="pt-PT"/>
              </w:rPr>
              <w:br/>
              <w:t>3. O corpo do resumo (da Introdução à Conclusão) deve ter no máximo 3</w:t>
            </w:r>
            <w:r w:rsidR="00A7530D">
              <w:rPr>
                <w:color w:val="555555"/>
                <w:sz w:val="19"/>
                <w:lang w:val="pt-PT"/>
              </w:rPr>
              <w:t>5</w:t>
            </w:r>
            <w:r w:rsidRPr="00A7530D">
              <w:rPr>
                <w:color w:val="555555"/>
                <w:sz w:val="19"/>
                <w:lang w:val="pt-PT"/>
              </w:rPr>
              <w:t>0 palavras.</w:t>
            </w:r>
            <w:r w:rsidRPr="00A7530D">
              <w:rPr>
                <w:color w:val="555555"/>
                <w:sz w:val="19"/>
                <w:lang w:val="pt-PT"/>
              </w:rPr>
              <w:br/>
              <w:t>4. Garanta que o arquivo final seja salvo em formato .</w:t>
            </w:r>
            <w:proofErr w:type="spellStart"/>
            <w:r w:rsidRPr="00A7530D">
              <w:rPr>
                <w:color w:val="555555"/>
                <w:sz w:val="19"/>
                <w:lang w:val="pt-PT"/>
              </w:rPr>
              <w:t>docx</w:t>
            </w:r>
            <w:proofErr w:type="spellEnd"/>
            <w:r w:rsidRPr="00A7530D">
              <w:rPr>
                <w:color w:val="555555"/>
                <w:sz w:val="19"/>
                <w:lang w:val="pt-PT"/>
              </w:rPr>
              <w:t xml:space="preserve"> e submetido sem dados de autoria no campo de avaliação (processo duplo-cego).</w:t>
            </w:r>
          </w:p>
        </w:tc>
      </w:tr>
    </w:tbl>
    <w:p w14:paraId="0B33F56F" w14:textId="77777777" w:rsidR="00A70335" w:rsidRPr="00A7530D" w:rsidRDefault="00A70335">
      <w:pPr>
        <w:rPr>
          <w:lang w:val="pt-PT"/>
        </w:rPr>
      </w:pPr>
    </w:p>
    <w:p w14:paraId="635B4FE8" w14:textId="77777777" w:rsidR="00A70335" w:rsidRPr="00A7530D" w:rsidRDefault="00101ACE">
      <w:pPr>
        <w:spacing w:after="240"/>
        <w:rPr>
          <w:lang w:val="pt-PT"/>
        </w:rPr>
      </w:pPr>
      <w:r w:rsidRPr="00A7530D">
        <w:rPr>
          <w:b/>
          <w:lang w:val="pt-PT"/>
        </w:rPr>
        <w:t>EIXO TE</w:t>
      </w:r>
      <w:r w:rsidRPr="00A7530D">
        <w:rPr>
          <w:b/>
          <w:lang w:val="pt-PT"/>
        </w:rPr>
        <w:t>MÁTICO SELECIONADO:</w:t>
      </w:r>
      <w:r w:rsidRPr="00A7530D">
        <w:rPr>
          <w:b/>
          <w:lang w:val="pt-PT"/>
        </w:rPr>
        <w:br/>
      </w:r>
      <w:r w:rsidRPr="00A7530D">
        <w:rPr>
          <w:i/>
          <w:color w:val="787878"/>
          <w:lang w:val="pt-PT"/>
        </w:rPr>
        <w:t xml:space="preserve">[Substitua este texto pelo número e nome do Painel/Eixo escolhido - </w:t>
      </w:r>
      <w:proofErr w:type="spellStart"/>
      <w:r w:rsidRPr="00A7530D">
        <w:rPr>
          <w:i/>
          <w:color w:val="787878"/>
          <w:lang w:val="pt-PT"/>
        </w:rPr>
        <w:t>ex</w:t>
      </w:r>
      <w:proofErr w:type="spellEnd"/>
      <w:r w:rsidRPr="00A7530D">
        <w:rPr>
          <w:i/>
          <w:color w:val="787878"/>
          <w:lang w:val="pt-PT"/>
        </w:rPr>
        <w:t>: Eixo 3: Promoção, Prevenção e Gestão Integrada de Doenças Crónicas]</w:t>
      </w:r>
    </w:p>
    <w:p w14:paraId="4115540B" w14:textId="5B9C15AE" w:rsidR="00A70335" w:rsidRPr="00A7530D" w:rsidRDefault="00101ACE">
      <w:pPr>
        <w:spacing w:after="240"/>
        <w:rPr>
          <w:lang w:val="pt-PT"/>
        </w:rPr>
      </w:pPr>
      <w:r w:rsidRPr="00A7530D">
        <w:rPr>
          <w:b/>
          <w:lang w:val="pt-PT"/>
        </w:rPr>
        <w:t>TÍTULO DO TRABALHO:</w:t>
      </w:r>
      <w:r w:rsidRPr="00A7530D">
        <w:rPr>
          <w:b/>
          <w:lang w:val="pt-PT"/>
        </w:rPr>
        <w:br/>
      </w:r>
      <w:r w:rsidRPr="00A7530D">
        <w:rPr>
          <w:i/>
          <w:color w:val="787878"/>
          <w:lang w:val="pt-PT"/>
        </w:rPr>
        <w:t>[Insira aqui o Título em Letras Maiúsculas, em Negrito, Claro e Conciso. Máx</w:t>
      </w:r>
      <w:r w:rsidRPr="00A7530D">
        <w:rPr>
          <w:i/>
          <w:color w:val="787878"/>
          <w:lang w:val="pt-PT"/>
        </w:rPr>
        <w:t xml:space="preserve">imo </w:t>
      </w:r>
      <w:r w:rsidR="00A25790">
        <w:rPr>
          <w:rFonts w:ascii="Calibri" w:hAnsi="Calibri" w:cs="Calibri"/>
          <w:i/>
          <w:color w:val="787878"/>
          <w:lang w:val="pt-PT"/>
        </w:rPr>
        <w:t>20</w:t>
      </w:r>
      <w:r w:rsidRPr="00A7530D">
        <w:rPr>
          <w:i/>
          <w:color w:val="787878"/>
          <w:lang w:val="pt-PT"/>
        </w:rPr>
        <w:t xml:space="preserve"> palavras]</w:t>
      </w:r>
    </w:p>
    <w:p w14:paraId="1C121084" w14:textId="325F086D" w:rsidR="008B0C68" w:rsidRPr="008B0C68" w:rsidRDefault="008B0C68" w:rsidP="00A25790">
      <w:pPr>
        <w:spacing w:after="360"/>
        <w:rPr>
          <w:rStyle w:val="cf01"/>
          <w:rFonts w:ascii="Arial" w:hAnsi="Arial" w:cstheme="minorBidi"/>
          <w:b/>
          <w:sz w:val="22"/>
          <w:szCs w:val="22"/>
          <w:lang w:val="pt-PT"/>
        </w:rPr>
      </w:pPr>
      <w:r w:rsidRPr="00A7530D">
        <w:rPr>
          <w:b/>
          <w:lang w:val="pt-PT"/>
        </w:rPr>
        <w:t>AUTORES (Apenas na versão final após aprovação):</w:t>
      </w:r>
    </w:p>
    <w:p w14:paraId="47BACF5A" w14:textId="2239BCF0" w:rsidR="00A25790" w:rsidRPr="00185B19" w:rsidRDefault="00185B19" w:rsidP="00A25790">
      <w:pPr>
        <w:spacing w:after="360"/>
        <w:rPr>
          <w:b/>
          <w:lang w:val="pt-PT"/>
        </w:rPr>
      </w:pPr>
      <w:r w:rsidRPr="00185B19">
        <w:rPr>
          <w:rStyle w:val="cf01"/>
          <w:rFonts w:ascii="Calibri" w:hAnsi="Calibri" w:cs="Calibri"/>
          <w:i/>
          <w:iCs/>
          <w:color w:val="808080" w:themeColor="background1" w:themeShade="80"/>
          <w:sz w:val="22"/>
          <w:szCs w:val="22"/>
          <w:lang w:val="pt-PT"/>
        </w:rPr>
        <w:t>[</w:t>
      </w:r>
      <w:r w:rsidR="00A25790" w:rsidRPr="00185B19">
        <w:rPr>
          <w:rStyle w:val="cf01"/>
          <w:rFonts w:ascii="Arial" w:hAnsi="Arial" w:cs="Arial"/>
          <w:i/>
          <w:iCs/>
          <w:color w:val="808080" w:themeColor="background1" w:themeShade="80"/>
          <w:sz w:val="22"/>
          <w:szCs w:val="22"/>
          <w:lang w:val="pt-PT"/>
        </w:rPr>
        <w:t>Nome Apelido¹, Nome Apelido², Nome Apelido³</w:t>
      </w:r>
      <w:r w:rsidRPr="00185B19">
        <w:rPr>
          <w:rFonts w:cs="Arial"/>
          <w:b/>
          <w:i/>
          <w:iCs/>
          <w:color w:val="808080" w:themeColor="background1" w:themeShade="80"/>
          <w:lang w:val="pt-PT"/>
        </w:rPr>
        <w:br/>
      </w:r>
      <w:r w:rsidRPr="00185B19">
        <w:rPr>
          <w:rFonts w:cs="Arial"/>
          <w:i/>
          <w:iCs/>
          <w:color w:val="808080" w:themeColor="background1" w:themeShade="80"/>
          <w:lang w:val="pt-PT"/>
        </w:rPr>
        <w:t>¹Instituição/Afiliação, Cidade, País, ²Instituição/Afiliação, Cidade, País. ³Instituição/Afiliação, Cidade, País.</w:t>
      </w:r>
      <w:r>
        <w:rPr>
          <w:rFonts w:cs="Arial"/>
          <w:i/>
          <w:iCs/>
          <w:color w:val="808080" w:themeColor="background1" w:themeShade="80"/>
          <w:lang w:val="pt-PT"/>
        </w:rPr>
        <w:t xml:space="preserve"> </w:t>
      </w:r>
      <w:proofErr w:type="spellStart"/>
      <w:r w:rsidR="00A25790" w:rsidRPr="00185B19">
        <w:rPr>
          <w:rFonts w:cs="Arial"/>
          <w:i/>
          <w:iCs/>
          <w:color w:val="808080" w:themeColor="background1" w:themeShade="80"/>
          <w:lang w:val="pt-PT"/>
        </w:rPr>
        <w:t>ldentificar</w:t>
      </w:r>
      <w:proofErr w:type="spellEnd"/>
      <w:r w:rsidR="00A25790" w:rsidRPr="00185B19">
        <w:rPr>
          <w:rFonts w:cs="Arial"/>
          <w:i/>
          <w:iCs/>
          <w:color w:val="808080" w:themeColor="background1" w:themeShade="80"/>
          <w:lang w:val="pt-PT"/>
        </w:rPr>
        <w:t xml:space="preserve"> claramente o autor correspondente com</w:t>
      </w:r>
      <w:r>
        <w:rPr>
          <w:rFonts w:ascii="Calibri" w:hAnsi="Calibri" w:cs="Calibri"/>
          <w:i/>
          <w:iCs/>
          <w:color w:val="808080" w:themeColor="background1" w:themeShade="80"/>
          <w:lang w:val="pt-PT"/>
        </w:rPr>
        <w:t xml:space="preserve"> e</w:t>
      </w:r>
      <w:r w:rsidRPr="00185B19">
        <w:rPr>
          <w:rFonts w:cs="Arial"/>
          <w:i/>
          <w:iCs/>
          <w:color w:val="808080" w:themeColor="background1" w:themeShade="80"/>
          <w:lang w:val="pt-PT"/>
        </w:rPr>
        <w:t xml:space="preserve"> E-mail do autor principal</w:t>
      </w:r>
      <w:r w:rsidR="00A25790" w:rsidRPr="00185B19">
        <w:rPr>
          <w:rFonts w:cs="Arial"/>
          <w:i/>
          <w:iCs/>
          <w:color w:val="808080" w:themeColor="background1" w:themeShade="80"/>
          <w:lang w:val="pt-PT"/>
        </w:rPr>
        <w:t>*</w:t>
      </w:r>
      <w:r w:rsidRPr="00185B19">
        <w:rPr>
          <w:rFonts w:ascii="Calibri" w:hAnsi="Calibri" w:cs="Calibri"/>
          <w:i/>
          <w:iCs/>
          <w:color w:val="808080" w:themeColor="background1" w:themeShade="80"/>
          <w:lang w:val="pt-PT"/>
        </w:rPr>
        <w:t>]</w:t>
      </w:r>
      <w:r w:rsidR="00A25790" w:rsidRPr="00185B19">
        <w:rPr>
          <w:rFonts w:cs="Arial"/>
          <w:i/>
          <w:iCs/>
          <w:color w:val="808080" w:themeColor="background1" w:themeShade="80"/>
          <w:lang w:val="pt-PT"/>
        </w:rPr>
        <w:br/>
      </w:r>
    </w:p>
    <w:p w14:paraId="1A5042F4" w14:textId="32842D6E" w:rsidR="00A70335" w:rsidRPr="00A7530D" w:rsidRDefault="008B0C68">
      <w:pPr>
        <w:spacing w:after="240"/>
        <w:rPr>
          <w:lang w:val="pt-PT"/>
        </w:rPr>
      </w:pPr>
      <w:r>
        <w:rPr>
          <w:b/>
          <w:lang w:val="pt-PT"/>
        </w:rPr>
        <w:t xml:space="preserve">1. </w:t>
      </w:r>
      <w:r w:rsidRPr="00A7530D">
        <w:rPr>
          <w:b/>
          <w:lang w:val="pt-PT"/>
        </w:rPr>
        <w:t>INTRODUÇÃO:</w:t>
      </w:r>
      <w:r w:rsidRPr="00A7530D">
        <w:rPr>
          <w:b/>
          <w:lang w:val="pt-PT"/>
        </w:rPr>
        <w:br/>
      </w:r>
      <w:r w:rsidRPr="00A7530D">
        <w:rPr>
          <w:i/>
          <w:color w:val="969696"/>
          <w:lang w:val="pt-PT"/>
        </w:rPr>
        <w:t>[Contextualize brevemente o problema de saúde primária ou o cenário estudado em Moçambique e a justificativa do estudo.]</w:t>
      </w:r>
    </w:p>
    <w:p w14:paraId="1425411E" w14:textId="63A0FFDA" w:rsidR="00A70335" w:rsidRPr="00A7530D" w:rsidRDefault="008B0C68">
      <w:pPr>
        <w:spacing w:after="240"/>
        <w:rPr>
          <w:lang w:val="pt-PT"/>
        </w:rPr>
      </w:pPr>
      <w:r>
        <w:rPr>
          <w:rFonts w:ascii="Calibri" w:hAnsi="Calibri" w:cs="Calibri"/>
          <w:b/>
          <w:lang w:val="pt-PT"/>
        </w:rPr>
        <w:lastRenderedPageBreak/>
        <w:t>2</w:t>
      </w:r>
      <w:r>
        <w:rPr>
          <w:rFonts w:cs="Arial"/>
          <w:b/>
          <w:lang w:val="pt-PT"/>
        </w:rPr>
        <w:t xml:space="preserve">. </w:t>
      </w:r>
      <w:r w:rsidRPr="00A7530D">
        <w:rPr>
          <w:rFonts w:cs="Arial"/>
          <w:b/>
          <w:lang w:val="pt-PT"/>
        </w:rPr>
        <w:t>OBJE</w:t>
      </w:r>
      <w:r w:rsidR="00A7530D" w:rsidRPr="00A7530D">
        <w:rPr>
          <w:rFonts w:cs="Arial"/>
          <w:b/>
          <w:lang w:val="pt-PT"/>
        </w:rPr>
        <w:t>C</w:t>
      </w:r>
      <w:r w:rsidRPr="00A7530D">
        <w:rPr>
          <w:rFonts w:cs="Arial"/>
          <w:b/>
          <w:lang w:val="pt-PT"/>
        </w:rPr>
        <w:t>TIVOS:</w:t>
      </w:r>
      <w:r w:rsidRPr="00A7530D">
        <w:rPr>
          <w:b/>
          <w:lang w:val="pt-PT"/>
        </w:rPr>
        <w:br/>
      </w:r>
      <w:r w:rsidRPr="00A7530D">
        <w:rPr>
          <w:i/>
          <w:color w:val="969696"/>
          <w:lang w:val="pt-PT"/>
        </w:rPr>
        <w:t>[Determine de forma clara e direta o que este estudo/projeto buscou alcançar ou demonstrar.]</w:t>
      </w:r>
    </w:p>
    <w:p w14:paraId="743FD165" w14:textId="3E38AA8A" w:rsidR="00A70335" w:rsidRPr="00A7530D" w:rsidRDefault="008B0C68">
      <w:pPr>
        <w:spacing w:after="240"/>
        <w:rPr>
          <w:lang w:val="pt-PT"/>
        </w:rPr>
      </w:pPr>
      <w:r>
        <w:rPr>
          <w:b/>
          <w:lang w:val="pt-PT"/>
        </w:rPr>
        <w:t xml:space="preserve">3. </w:t>
      </w:r>
      <w:r w:rsidRPr="00A7530D">
        <w:rPr>
          <w:b/>
          <w:lang w:val="pt-PT"/>
        </w:rPr>
        <w:t>METODOLOGIA:</w:t>
      </w:r>
      <w:r w:rsidRPr="00A7530D">
        <w:rPr>
          <w:b/>
          <w:lang w:val="pt-PT"/>
        </w:rPr>
        <w:br/>
      </w:r>
      <w:r w:rsidRPr="00A7530D">
        <w:rPr>
          <w:i/>
          <w:color w:val="969696"/>
          <w:lang w:val="pt-PT"/>
        </w:rPr>
        <w:t>[Descreva o desenho do estudo, local da investigação (unidade sanitária, distrito ou comunidade), população-alvo, período de recolha de dados, ferramentas utilizadas e aspetos éticos preservados.]</w:t>
      </w:r>
    </w:p>
    <w:p w14:paraId="4F51040E" w14:textId="4A4BA1E1" w:rsidR="00A70335" w:rsidRPr="00A7530D" w:rsidRDefault="008B0C68">
      <w:pPr>
        <w:spacing w:after="240"/>
        <w:rPr>
          <w:lang w:val="pt-PT"/>
        </w:rPr>
      </w:pPr>
      <w:r>
        <w:rPr>
          <w:b/>
          <w:lang w:val="pt-PT"/>
        </w:rPr>
        <w:t xml:space="preserve">5. </w:t>
      </w:r>
      <w:r w:rsidRPr="00A7530D">
        <w:rPr>
          <w:b/>
          <w:lang w:val="pt-PT"/>
        </w:rPr>
        <w:t>RESULTADOS:</w:t>
      </w:r>
      <w:r w:rsidRPr="00A7530D">
        <w:rPr>
          <w:b/>
          <w:lang w:val="pt-PT"/>
        </w:rPr>
        <w:br/>
      </w:r>
      <w:r w:rsidRPr="00A7530D">
        <w:rPr>
          <w:i/>
          <w:color w:val="969696"/>
          <w:lang w:val="pt-PT"/>
        </w:rPr>
        <w:t>[Apresente as principais descobertas, dados qualitativos ou quantitativos obtidos. Devem ser factuais e responder diretamente aos objetivos levantados</w:t>
      </w:r>
      <w:r>
        <w:rPr>
          <w:i/>
          <w:color w:val="969696"/>
          <w:lang w:val="pt-PT"/>
        </w:rPr>
        <w:t>/</w:t>
      </w:r>
      <w:r w:rsidRPr="008B0C68">
        <w:rPr>
          <w:i/>
          <w:color w:val="969696"/>
          <w:lang w:val="pt-PT"/>
        </w:rPr>
        <w:t xml:space="preserve"> Descrição da intervenção/experiência</w:t>
      </w:r>
      <w:r w:rsidRPr="00A7530D">
        <w:rPr>
          <w:i/>
          <w:color w:val="969696"/>
          <w:lang w:val="pt-PT"/>
        </w:rPr>
        <w:t>.]</w:t>
      </w:r>
    </w:p>
    <w:p w14:paraId="72156A5E" w14:textId="54706A23" w:rsidR="00A70335" w:rsidRPr="00A7530D" w:rsidRDefault="008B0C68">
      <w:pPr>
        <w:spacing w:after="360"/>
        <w:rPr>
          <w:lang w:val="pt-PT"/>
        </w:rPr>
      </w:pPr>
      <w:r>
        <w:rPr>
          <w:b/>
          <w:lang w:val="pt-PT"/>
        </w:rPr>
        <w:t xml:space="preserve">6. </w:t>
      </w:r>
      <w:r w:rsidRPr="00A7530D">
        <w:rPr>
          <w:b/>
          <w:lang w:val="pt-PT"/>
        </w:rPr>
        <w:t>CONCLUSÕES:</w:t>
      </w:r>
      <w:r w:rsidRPr="00A7530D">
        <w:rPr>
          <w:b/>
          <w:lang w:val="pt-PT"/>
        </w:rPr>
        <w:br/>
      </w:r>
      <w:r w:rsidRPr="00A7530D">
        <w:rPr>
          <w:i/>
          <w:color w:val="969696"/>
          <w:lang w:val="pt-PT"/>
        </w:rPr>
        <w:t>[</w:t>
      </w:r>
      <w:r w:rsidRPr="008B0C68">
        <w:rPr>
          <w:i/>
          <w:color w:val="969696"/>
          <w:lang w:val="pt-PT"/>
        </w:rPr>
        <w:t>Apresente as principais conclusões, as suas implicações e ou contribuição dos resultados para o fortalecimento dos Cuidados de Saúde Primários e/ou do Sistema Nacional de Saúde</w:t>
      </w:r>
      <w:r w:rsidRPr="00A7530D">
        <w:rPr>
          <w:i/>
          <w:color w:val="969696"/>
          <w:lang w:val="pt-PT"/>
        </w:rPr>
        <w:t>]</w:t>
      </w:r>
    </w:p>
    <w:p w14:paraId="3A9E9DD2" w14:textId="0AFAD803" w:rsidR="00A70335" w:rsidRDefault="00101ACE">
      <w:pPr>
        <w:rPr>
          <w:i/>
          <w:color w:val="787878"/>
          <w:lang w:val="pt-PT"/>
        </w:rPr>
      </w:pPr>
      <w:r w:rsidRPr="00A7530D">
        <w:rPr>
          <w:b/>
          <w:lang w:val="pt-PT"/>
        </w:rPr>
        <w:t>PALAVRAS-CHAVE:</w:t>
      </w:r>
      <w:r w:rsidRPr="00A7530D">
        <w:rPr>
          <w:b/>
          <w:lang w:val="pt-PT"/>
        </w:rPr>
        <w:br/>
      </w:r>
      <w:r w:rsidRPr="00A7530D">
        <w:rPr>
          <w:i/>
          <w:color w:val="787878"/>
          <w:lang w:val="pt-PT"/>
        </w:rPr>
        <w:t xml:space="preserve">Termo 1; Termo 2; Termo 3. (Insira de 3 a 5 palavras-chave separadas por ponto e </w:t>
      </w:r>
      <w:r w:rsidRPr="00A7530D">
        <w:rPr>
          <w:i/>
          <w:color w:val="787878"/>
          <w:lang w:val="pt-PT"/>
        </w:rPr>
        <w:t>vírgula).</w:t>
      </w:r>
    </w:p>
    <w:p w14:paraId="26B60701" w14:textId="77777777" w:rsidR="00B17471" w:rsidRPr="00A7530D" w:rsidRDefault="00B17471">
      <w:pPr>
        <w:rPr>
          <w:lang w:val="pt-PT"/>
        </w:rPr>
      </w:pPr>
    </w:p>
    <w:sectPr w:rsidR="00B17471" w:rsidRPr="00A7530D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1ACE"/>
    <w:rsid w:val="0015074B"/>
    <w:rsid w:val="00185B19"/>
    <w:rsid w:val="0029639D"/>
    <w:rsid w:val="00326F90"/>
    <w:rsid w:val="00397C59"/>
    <w:rsid w:val="003A7195"/>
    <w:rsid w:val="003F1DB3"/>
    <w:rsid w:val="006C068D"/>
    <w:rsid w:val="00715D8E"/>
    <w:rsid w:val="008B0C68"/>
    <w:rsid w:val="00A149C2"/>
    <w:rsid w:val="00A25790"/>
    <w:rsid w:val="00A70335"/>
    <w:rsid w:val="00A7530D"/>
    <w:rsid w:val="00AA1D8D"/>
    <w:rsid w:val="00B17471"/>
    <w:rsid w:val="00B47730"/>
    <w:rsid w:val="00C013FA"/>
    <w:rsid w:val="00CB0664"/>
    <w:rsid w:val="00D67B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3E0FDA"/>
  <w14:defaultImageDpi w14:val="300"/>
  <w15:docId w15:val="{A8236F55-EB52-47DA-9797-0D175429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01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3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3FA"/>
    <w:rPr>
      <w:rFonts w:ascii="Arial" w:hAnsi="Arial"/>
      <w:color w:val="33333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3FA"/>
    <w:rPr>
      <w:rFonts w:ascii="Arial" w:hAnsi="Arial"/>
      <w:b/>
      <w:bCs/>
      <w:color w:val="333333"/>
      <w:sz w:val="20"/>
      <w:szCs w:val="20"/>
    </w:rPr>
  </w:style>
  <w:style w:type="paragraph" w:customStyle="1" w:styleId="pf0">
    <w:name w:val="pf0"/>
    <w:basedOn w:val="Normal"/>
    <w:rsid w:val="00A25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PT" w:eastAsia="pt-PT"/>
    </w:rPr>
  </w:style>
  <w:style w:type="character" w:customStyle="1" w:styleId="cf01">
    <w:name w:val="cf01"/>
    <w:basedOn w:val="DefaultParagraphFont"/>
    <w:rsid w:val="00A25790"/>
    <w:rPr>
      <w:rFonts w:ascii="Segoe UI" w:hAnsi="Segoe UI" w:cs="Segoe UI" w:hint="default"/>
      <w:color w:val="333333"/>
      <w:sz w:val="18"/>
      <w:szCs w:val="18"/>
    </w:rPr>
  </w:style>
  <w:style w:type="paragraph" w:styleId="Revision">
    <w:name w:val="Revision"/>
    <w:hidden/>
    <w:uiPriority w:val="99"/>
    <w:semiHidden/>
    <w:rsid w:val="008B0C68"/>
    <w:pPr>
      <w:spacing w:after="0" w:line="240" w:lineRule="auto"/>
    </w:pPr>
    <w:rPr>
      <w:rFonts w:ascii="Arial" w:hAnsi="Arial"/>
      <w:color w:val="333333"/>
    </w:rPr>
  </w:style>
  <w:style w:type="paragraph" w:styleId="NormalWeb">
    <w:name w:val="Normal (Web)"/>
    <w:basedOn w:val="Normal"/>
    <w:uiPriority w:val="99"/>
    <w:semiHidden/>
    <w:unhideWhenUsed/>
    <w:rsid w:val="00397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3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8AE10F-98DB-4082-9427-F41996454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dcterms:created xsi:type="dcterms:W3CDTF">2026-08-12T14:24:00Z</dcterms:created>
  <dcterms:modified xsi:type="dcterms:W3CDTF">2026-08-17T20:09:00Z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8e8aacd97aa76c0c14890ef46f7b4d2af90ed9559ed77f87bbd0ae0e66a63ced</vt:lpwstr>
  </property>
</Properties>
</file>